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צועדים במסע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ותן טל ומטר – מחכים לגשם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המנהג להתחיל לבקש גשם בז׳ בחשוון ואת הטעם לכך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חשיבות הגשם והמים בארץ ישראל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לקשר בין מורשת לבין מחזור המים בטבע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ז׳ בחשוון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כדי שעולי הרגל יספיקו לחזור הביתה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היא מתחילה בז׳ בחשוון, אחרי החגים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חיכו שיספיקו לחזור הביתה בלי להירטב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רגל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(תאריך תחילת בקשת הגשם)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(אנשים שהלכו לירושלים בחג)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(מים הופכים לאדים ועולים לשמיים)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(קבוצות אדים שנאספים באוויר)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מחזור המים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השמש מחממת את המים באגמים ובים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המים מתאדים ועולים לאוויר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האדים נאספים ויוצרים עננים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העננים מתקררים והמים יורדים כגשם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אישי ולבבי שפונה לגשם, מזכיר תועלת של המים (שתייה, צמיחה, חיים)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ז׳ בחשוון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שעולי הרגל יספיקו לחזור הביתה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שניהם עוסקים בחשיבות הגשם למים ולחיים בארץ ישראל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בחיקוי צלילי גשם כדי ליצור אווירה לפני העבודה על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לשלב את ניסוי 'גשם בשקית' לפני מילוי חלק הסדר כדי שהתלמידים יבינו ויזואלית את מחזור המים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להתאים את חלק הכתיבה האישית לפי רמת הכיתה – לצעירים יותר אפשר לצייר במקום לכתוב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צועדים במסע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ותן טל ומטר – מחכים לגשם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פעם בשנה, בז׳ בחשוון, מתחילים להוסיף בתפילה בקשה מיוחדת לגשם. בדף הזה נלמד למה דווקא בתאריך הזה, ונבין את חשיבות הגשם והמים בארץ ישראל.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גשם  ·  מים  ·  רגל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מתי מתחילים לבקש גשם בתפילה?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א׳ בתשרי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ז׳ בחשוון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ט״ו בשבט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למה מחכים עד ז׳ בחשוון כדי לבקש גשם?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כי אז מתחיל החורף הרשמי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כדי שעולי הרגל יספיקו לחזור הביתה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כי זה יום החג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בקשת הגשם מתחילה מיד בראש השנה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עולי הרגל חזרו מירושלים לפני תחילת בקשת הגשם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מתחילים לבקש __________ בז׳ בחשוון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עולי ה__________ היו צריכים להספיק לחזור הביתה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תהליך שבו מים עולים לשמיים וחוזרים כגשם נקרא מחזור ה__________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ז׳ בחשוון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קבוצות אדים שנאספים באוויר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עולי רגל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מים הופכים לאדים ועולים לשמיים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אידוי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אנשים שהלכו לירושלים בחג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עננים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תאריך תחילת בקשת הגשם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מחזור המים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האדים נאספים ויוצרים עננים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העננים מתקררים והמים יורדים כגשם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המים מתאדים ועולים לאוויר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השמש מחממת את המים באגמים ובים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ברכה קצרה לגשם, כאילו אתם מדברים אליו ישירות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באיזה תאריך מתחילים לבקש גשם בתפילה?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מדוע מחכים עד אז?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ותן טל ומטר – מחכים לגשם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