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מחכים לגשם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המנהג להתחיל לבקש גשם בז׳ בחשוון ואת הטעם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הגשם והמים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מורשת לבין מחזור המים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שעולי הרגל יספיקו לחזור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מספק מים לשתייה וגידולים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הופכים לעננים ויורדים כגשם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מתחילה בז׳ בחשוון, אחרי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חיכו שיספיקו לחזור הביתה בלי להירטב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מים מתאדים, הופכים לעננים ויורדים כגשם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רוב הגשם יורד בחורף, לא לאורך כל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חסוך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(תאריך תחילת 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(אנשים שהלכו לירושלים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(מים הופכים לאדים ועולים לשמיים)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(קבוצות אדים שנאספים באוויר)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(שימוש נכון ולא מבוזבז)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המים באגמים 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ועולים לאוויר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נאספים ויוצרים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העננים מתקררים והמים יורדים כגשם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הגשם חוזר לקרקע, לנהרות 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ולבבי שפונה לגשם, מזכיר תועלת של המים (שתייה, צמיחה,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שתיהן עוסקות בציפייה לגשם וחשיבותו. שונה: התחזית מבוססת על מדע ותצפית, הבקשה מבוססת על תפילה ואמונה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שעולי הרגל יספיקו לחזור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עוסקים בחשיבות הגשם למים ולחיים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בחיקוי צלילי גשם כדי ליצור אווירה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ניסוי 'גשם בשקית' לפני מילוי חלק הסדר כדי שהתלמידים יבינו ויזואלית את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חלק הכתיבה האישית לפי רמת הכיתה – לצעירים יותר אפשר לצייר במקום לכתוב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מחכים לגשם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פעם בשנה, בז׳ בחשוון, מתחילים להוסיף בתפילה בקשה מיוחדת לגשם. בדף הזה נלמד למה דווקא בתאריך הזה, ונבין את חשיבות הגשם והמים בארץ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מתחילים לבקש גשם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מחכים עד ז׳ בחשוון כדי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אז מתחיל החורף הרשמי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שעולי הרגל יספיקו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יום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תחזית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חשיבות הגשם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חשוב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מספק מים לשתייה וגידולים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רק לקישוט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מגיע כל יום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למים לפי מחזור המים לאחר שהם מתאדים?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נעלמים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הופכים לעננים ויורדים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נשארים באוויר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הופכים לשלג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בקשת הגשם מתחילה מיד בראש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 הרגל חזרו מירושלים לפני תחילת בקשת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המים הוא תהליך שבו מים חוזרים שוב ושוב בטבע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ישראל יש גשם בכל עונות השנה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מתחילים לבקש __________ בז׳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עולי ה__________ היו צריכים להספיק לחזור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מים עולים לשמיים וחוזרים כגשם נקרא מחזור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לא לבזבז מים חשוב ל__________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עננים נוצרים כאשר מים __________ ועולים לאוויר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ז׳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שהלכו לירושלים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הופכים לאדים ועולים לשמיים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שימוש נכון ולא מבוזבז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תאריך תחילת בקשת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 במים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קבוצות אדים שנאספים באוויר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העננים מתקררים והמים יורדים כגשם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חוזר לקרקע, לנהרות 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מחממת את המים באגמים 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נאספים ויוצרים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ועולים לאוויר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ברכה קצרה לגשם, כאילו אתם מדברים אליו ישירות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תחזית מדעית לגשם לבין הבקשה המסורתית לגשם – מה דומה ומה שונה ביניהן?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תאריך מתחילים לבקש גשם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מחכים עד אז?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מחזור המים לבין בקשת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מחכים לגשם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